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071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4DEE2"/>
          <w:left w:val="single" w:sz="6" w:space="0" w:color="D4DEE2"/>
          <w:bottom w:val="single" w:sz="6" w:space="0" w:color="D4DEE2"/>
          <w:right w:val="single" w:sz="6" w:space="0" w:color="D4DEE2"/>
          <w:insideH w:val="single" w:sz="6" w:space="0" w:color="D4DEE2"/>
          <w:insideV w:val="single" w:sz="6" w:space="0" w:color="D4DEE2"/>
        </w:tblBorders>
      </w:tblPr>
      <w:tblGrid>
        <w:gridCol w:w="1450"/>
        <w:gridCol w:w="7621"/>
      </w:tblGrid>
      <w:tr>
        <w:trPr>
          <w:cantSplit/>
        </w:trP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0F1" w:val="clear"/>
          </w:tcPr>
          <w:p>
            <w:pPr>
              <w:spacing w:before="0" w:after="0" w:line="264" w:lineRule="auto"/>
              <w:ind w:firstLine="0"/>
              <w:jc w:val="center"/>
            </w:pPr>
            <w:r>
              <w:rPr>
                <w:rFonts w:ascii="KoPubWorldDotum Bold" w:hAnsi="KoPubWorldDotum Bold" w:cs="KoPubWorldDotum Bold" w:eastAsia="KoPubWorld돋움체 Bold" w:hint="eastAsia"/>
                <w:b/>
                <w:color w:val="245D66"/>
                <w:sz w:val="18"/>
                <w:lang w:val="ko-KR" w:eastAsia="ko-KR"/>
              </w:rPr>
              <w:t>과목·분반</w:t>
            </w:r>
          </w:p>
        </w:tc>
        <w:tc>
          <w:tcPr>
            <w:tcW w:type="dxa" w:w="76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 w:val="clear"/>
          </w:tcPr>
          <w:p>
            <w:pPr>
              <w:spacing w:before="0" w:after="0" w:line="288" w:lineRule="auto"/>
              <w:ind w:firstLine="0"/>
              <w:jc w:val="left"/>
            </w:pPr>
            <w:r>
              <w:rPr>
                <w:rFonts w:ascii="KoPubWorldBatang Light" w:hAnsi="KoPubWorldBatang Light" w:cs="KoPubWorldBatang Light" w:eastAsia="KoPubWorld바탕체 Light" w:hint="eastAsia"/>
                <w:color w:val="27323A"/>
                <w:sz w:val="20"/>
                <w:lang w:val="ko-KR" w:eastAsia="ko-KR"/>
              </w:rPr>
              <w:t>2026 여름계절학기 고전에 길을 묻다 (002)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0F1" w:val="clear"/>
          </w:tcPr>
          <w:p>
            <w:pPr>
              <w:spacing w:before="0" w:after="0" w:line="264" w:lineRule="auto"/>
              <w:ind w:firstLine="0"/>
              <w:jc w:val="center"/>
            </w:pPr>
            <w:r>
              <w:rPr>
                <w:rFonts w:ascii="KoPubWorldDotum Bold" w:hAnsi="KoPubWorldDotum Bold" w:cs="KoPubWorldDotum Bold" w:eastAsia="KoPubWorld돋움체 Bold" w:hint="eastAsia"/>
                <w:b/>
                <w:color w:val="245D66"/>
                <w:sz w:val="18"/>
                <w:lang w:val="ko-KR" w:eastAsia="ko-KR"/>
              </w:rPr>
              <w:t>성명</w:t>
            </w:r>
          </w:p>
        </w:tc>
        <w:tc>
          <w:tcPr>
            <w:tcW w:type="dxa" w:w="76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 w:val="clear"/>
          </w:tcPr>
          <w:p>
            <w:pPr>
              <w:pStyle w:val="RunningAuthor"/>
              <w:spacing w:before="0" w:after="0" w:line="288" w:lineRule="auto"/>
              <w:ind w:firstLine="0"/>
              <w:jc w:val="left"/>
            </w:pPr>
            <w:r>
              <w:rPr>
                <w:rFonts w:ascii="KoPubWorldBatang Light" w:hAnsi="KoPubWorldBatang Light" w:cs="KoPubWorldBatang Light" w:eastAsia="KoPubWorld바탕체 Light" w:hint="eastAsia"/>
                <w:color w:val="66747C"/>
                <w:sz w:val="20"/>
                <w:lang w:val="ko-KR" w:eastAsia="ko-KR"/>
              </w:rPr>
              <w:t>[성명]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0F1" w:val="clear"/>
          </w:tcPr>
          <w:p>
            <w:pPr>
              <w:spacing w:before="0" w:after="0" w:line="264" w:lineRule="auto"/>
              <w:ind w:firstLine="0"/>
              <w:jc w:val="center"/>
            </w:pPr>
            <w:r>
              <w:rPr>
                <w:rFonts w:ascii="KoPubWorldDotum Bold" w:hAnsi="KoPubWorldDotum Bold" w:cs="KoPubWorldDotum Bold" w:eastAsia="KoPubWorld돋움체 Bold" w:hint="eastAsia"/>
                <w:b/>
                <w:color w:val="245D66"/>
                <w:sz w:val="18"/>
                <w:lang w:val="ko-KR" w:eastAsia="ko-KR"/>
              </w:rPr>
              <w:t>머리말 제목</w:t>
            </w:r>
          </w:p>
        </w:tc>
        <w:tc>
          <w:tcPr>
            <w:tcW w:type="dxa" w:w="76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 w:val="clear"/>
          </w:tcPr>
          <w:p>
            <w:pPr>
              <w:pStyle w:val="RunningTitle"/>
              <w:spacing w:before="0" w:after="0" w:line="288" w:lineRule="auto"/>
              <w:ind w:firstLine="0"/>
              <w:jc w:val="left"/>
            </w:pPr>
            <w:r>
              <w:rPr>
                <w:rFonts w:ascii="KoPubWorldBatang Light" w:hAnsi="KoPubWorldBatang Light" w:cs="KoPubWorldBatang Light" w:eastAsia="KoPubWorld바탕체 Light" w:hint="eastAsia"/>
                <w:color w:val="66747C"/>
                <w:sz w:val="20"/>
                <w:lang w:val="ko-KR" w:eastAsia="ko-KR"/>
              </w:rPr>
              <w:t>[20자 이내의 짧은 제목]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0F1" w:val="clear"/>
          </w:tcPr>
          <w:p>
            <w:pPr>
              <w:spacing w:before="0" w:after="0" w:line="264" w:lineRule="auto"/>
              <w:ind w:firstLine="0"/>
              <w:jc w:val="center"/>
            </w:pPr>
            <w:r>
              <w:rPr>
                <w:rFonts w:ascii="KoPubWorldDotum Bold" w:hAnsi="KoPubWorldDotum Bold" w:cs="KoPubWorldDotum Bold" w:eastAsia="KoPubWorld돋움체 Bold" w:hint="eastAsia"/>
                <w:b/>
                <w:color w:val="245D66"/>
                <w:sz w:val="18"/>
                <w:lang w:val="ko-KR" w:eastAsia="ko-KR"/>
              </w:rPr>
              <w:t>글 제목</w:t>
            </w:r>
          </w:p>
        </w:tc>
        <w:tc>
          <w:tcPr>
            <w:tcW w:type="dxa" w:w="76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 w:val="clear"/>
          </w:tcPr>
          <w:p>
            <w:pPr>
              <w:spacing w:before="0" w:after="0" w:line="288" w:lineRule="auto"/>
              <w:ind w:firstLine="0"/>
              <w:jc w:val="left"/>
            </w:pPr>
            <w:r>
              <w:rPr>
                <w:rFonts w:ascii="KoPubWorldBatang Light" w:hAnsi="KoPubWorldBatang Light" w:cs="KoPubWorldBatang Light" w:eastAsia="KoPubWorld바탕체 Light" w:hint="eastAsia"/>
                <w:color w:val="66747C"/>
                <w:sz w:val="20"/>
                <w:lang w:val="ko-KR" w:eastAsia="ko-KR"/>
              </w:rPr>
              <w:t>[쟁점과 입장이 드러나는 구체적인 제목]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0F1" w:val="clear"/>
          </w:tcPr>
          <w:p>
            <w:pPr>
              <w:spacing w:before="0" w:after="0" w:line="264" w:lineRule="auto"/>
              <w:ind w:firstLine="0"/>
              <w:jc w:val="center"/>
            </w:pPr>
            <w:r>
              <w:rPr>
                <w:rFonts w:ascii="KoPubWorldDotum Bold" w:hAnsi="KoPubWorldDotum Bold" w:cs="KoPubWorldDotum Bold" w:eastAsia="KoPubWorld돋움체 Bold" w:hint="eastAsia"/>
                <w:b/>
                <w:color w:val="245D66"/>
                <w:sz w:val="18"/>
                <w:lang w:val="ko-KR" w:eastAsia="ko-KR"/>
              </w:rPr>
              <w:t>핵심 논제</w:t>
            </w:r>
          </w:p>
        </w:tc>
        <w:tc>
          <w:tcPr>
            <w:tcW w:type="dxa" w:w="76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7" w:val="clear"/>
          </w:tcPr>
          <w:p>
            <w:pPr>
              <w:spacing w:before="0" w:after="0" w:line="288" w:lineRule="auto"/>
              <w:ind w:firstLine="0"/>
              <w:jc w:val="left"/>
            </w:pPr>
            <w:r>
              <w:rPr>
                <w:rFonts w:ascii="KoPubWorldBatang Light" w:hAnsi="KoPubWorldBatang Light" w:cs="KoPubWorldBatang Light" w:eastAsia="KoPubWorld바탕체 Light" w:hint="eastAsia"/>
                <w:color w:val="66747C"/>
                <w:sz w:val="20"/>
                <w:lang w:val="ko-KR" w:eastAsia="ko-KR"/>
              </w:rPr>
              <w:t>[글 전체가 옹호하는 주장을 완전한 문장 하나로 작성]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F0F1" w:val="clear"/>
          </w:tcPr>
          <w:p>
            <w:pPr>
              <w:spacing w:before="0" w:after="0" w:line="264" w:lineRule="auto"/>
              <w:ind w:firstLine="0"/>
              <w:jc w:val="center"/>
            </w:pPr>
            <w:r>
              <w:rPr>
                <w:rFonts w:ascii="KoPubWorldDotum Bold" w:hAnsi="KoPubWorldDotum Bold" w:cs="KoPubWorldDotum Bold" w:eastAsia="KoPubWorld돋움체 Bold" w:hint="eastAsia"/>
                <w:b/>
                <w:color w:val="245D66"/>
                <w:sz w:val="18"/>
                <w:lang w:val="ko-KR" w:eastAsia="ko-KR"/>
              </w:rPr>
              <w:t>중심 문헌</w:t>
            </w:r>
          </w:p>
        </w:tc>
        <w:tc>
          <w:tcPr>
            <w:tcW w:type="dxa" w:w="7621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7" w:val="clear"/>
          </w:tcPr>
          <w:p>
            <w:pPr>
              <w:spacing w:before="0" w:after="0" w:line="288" w:lineRule="auto"/>
              <w:ind w:firstLine="0"/>
              <w:jc w:val="left"/>
            </w:pPr>
            <w:r>
              <w:rPr>
                <w:rFonts w:ascii="KoPubWorldBatang Light" w:hAnsi="KoPubWorldBatang Light" w:cs="KoPubWorldBatang Light" w:eastAsia="KoPubWorld바탕체 Light" w:hint="eastAsia"/>
                <w:color w:val="66747C"/>
                <w:sz w:val="19"/>
                <w:lang w:val="ko-KR" w:eastAsia="ko-KR"/>
              </w:rPr>
              <w:t>[저자, 문헌명, 장·절, 직접 다루는 쪽수]</w:t>
            </w:r>
          </w:p>
        </w:tc>
      </w:tr>
    </w:tbl>
    <w:p>
      <w:pPr>
        <w:pStyle w:val="FormNote"/>
      </w:pPr>
      <w:r>
        <w:t>별도 표지를 만들지 않습니다. 위 제출 정보를 첫 페이지에 남기고, 아래 안내 문구를 자신의 글로 교체하십시오. 머리말 제목은 20자 이내로 작성하며, 성명과 함께 모든 쪽의 머리말에 반복됩니다. 본문은 A4 2-3쪽, 11pt, 줄간격 160%를 기준으로 합니다. 아래 소제목은 권장 구조이므로 글의 논증에 맞게 삭제하거나 조정할 수 있습니다.</w:t>
      </w:r>
    </w:p>
    <w:p>
      <w:pPr>
        <w:keepNext/>
        <w:spacing w:before="140" w:after="180"/>
        <w:ind w:firstLine="0"/>
        <w:jc w:val="center"/>
      </w:pPr>
      <w:r>
        <w:rPr>
          <w:rFonts w:ascii="KoPubWorldDotum Bold" w:hAnsi="KoPubWorldDotum Bold" w:cs="KoPubWorldDotum Bold" w:eastAsia="KoPubWorld돋움체 Bold" w:hint="eastAsia"/>
          <w:b/>
          <w:color w:val="27323A"/>
          <w:sz w:val="32"/>
          <w:lang w:val="ko-KR" w:eastAsia="ko-KR"/>
        </w:rPr>
        <w:t xml:space="preserve">[글 제목] </w:t>
      </w:r>
      <w:r>
        <w:rPr>
          <w:rFonts w:ascii="KoPubWorldDotum Light" w:hAnsi="KoPubWorldDotum Light" w:cs="KoPubWorldDotum Light" w:eastAsia="KoPubWorld돋움체 Light" w:hint="eastAsia"/>
          <w:color w:val="66747C"/>
          <w:sz w:val="24"/>
          <w:lang w:val="ko-KR" w:eastAsia="ko-KR"/>
        </w:rPr>
        <w:t>[필요한 경우 부제]</w:t>
      </w:r>
    </w:p>
    <w:p>
      <w:pPr>
        <w:pStyle w:val="Heading1"/>
      </w:pPr>
      <w:r>
        <w:t>1. 도입</w:t>
      </w:r>
    </w:p>
    <w:p>
      <w:pPr>
        <w:pStyle w:val="Prompt"/>
      </w:pPr>
      <w:r>
        <w:t>[쟁점과 딜레마를 특정하고, 글의 핵심 논제를 질문이 아닌 평서문으로 제시합니다. 배경 설명은 자신의 논변에 필요한 만큼만 둡니다.]</w:t>
      </w:r>
    </w:p>
    <w:p>
      <w:pPr>
        <w:pStyle w:val="Heading1"/>
      </w:pPr>
      <w:r>
        <w:t>2. 문헌 재구성</w:t>
      </w:r>
    </w:p>
    <w:p>
      <w:pPr>
        <w:pStyle w:val="Prompt"/>
      </w:pPr>
      <w:r>
        <w:t>[중심 문헌의 특정 논증을 가장 강한 형태로 재구성합니다. 결론만 요약하지 말고, 전제와 구별, 중간 결론을 밝히며 직접 다루는 쪽수를 표시합니다.]</w:t>
      </w:r>
    </w:p>
    <w:p>
      <w:pPr>
        <w:pStyle w:val="Heading1"/>
      </w:pPr>
      <w:r>
        <w:t>3. 핵심 논변</w:t>
      </w:r>
    </w:p>
    <w:p>
      <w:pPr>
        <w:pStyle w:val="Prompt"/>
      </w:pPr>
      <w:r>
        <w:t>[자신의 근거가 핵심 논제를 어떻게 뒷받침하는지 단계별로 설명합니다. 사례는 추론을 시험하거나 뒷받침하도록 사용하고, 사례 자체로 논증을 대신하지 않습니다.]</w:t>
      </w:r>
    </w:p>
    <w:p>
      <w:pPr>
        <w:pStyle w:val="Heading1"/>
      </w:pPr>
      <w:r>
        <w:t>4. 반론과 응답</w:t>
      </w:r>
    </w:p>
    <w:p>
      <w:pPr>
        <w:pStyle w:val="Prompt"/>
      </w:pPr>
      <w:r>
        <w:t>[자신의 논제에 제기될 수 있는 가장 강한 반론을 공정하게 제시합니다. 반론을 수용하여 논제를 한정할지, 전제를 구별해 반박할지, 추가 근거를 제시할지 분명히 합니다.]</w:t>
      </w:r>
    </w:p>
    <w:p>
      <w:pPr>
        <w:pStyle w:val="Heading1"/>
      </w:pPr>
      <w:r>
        <w:t>5. 결론</w:t>
      </w:r>
    </w:p>
    <w:p>
      <w:pPr>
        <w:pStyle w:val="Prompt"/>
      </w:pPr>
      <w:r>
        <w:t>[논변이 실제로 입증한 만큼만 결론을 내리고, 그 결론이 처음 제시한 쟁점에 어떤 변화를 가져오는지 밝힙니다. 새로운 주장이나 근거를 여기서 처음 제시하지 않습니다.]</w:t>
      </w:r>
    </w:p>
    <w:p>
      <w:pPr>
        <w:pStyle w:val="Heading1"/>
      </w:pPr>
      <w:r>
        <w:t>참고문헌</w:t>
      </w:r>
    </w:p>
    <w:p>
      <w:pPr>
        <w:pStyle w:val="Prompt"/>
      </w:pPr>
      <w:r>
        <w:t>[실제로 읽고 사용한 자료만 일관된 형식으로 적습니다.]</w:t>
      </w:r>
    </w:p>
    <w:p>
      <w:pPr>
        <w:pStyle w:val="FormNote"/>
        <w:spacing w:before="180"/>
      </w:pPr>
      <w:r>
        <w:t>제출 전 확인: 파일명은 ‘성명_소논문.pdf’로 정하고, 제출 정보·쪽수·인용·참고문헌·본문 분량을 점검합니다.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417" w:bottom="1134" w:left="1417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ind w:firstLine="0"/>
      <w:jc w:val="center"/>
    </w:pPr>
    <w:r>
      <w:rPr>
        <w:rFonts w:ascii="KoPubWorldDotum Light" w:hAnsi="KoPubWorldDotum Light" w:cs="KoPubWorldDotum Light" w:eastAsia="KoPubWorld돋움체 Light" w:hint="eastAsia"/>
        <w:color w:val="66747C"/>
        <w:sz w:val="17"/>
        <w:lang w:val="ko-KR" w:eastAsia="ko-KR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firstLine="0"/>
      <w:jc w:val="left"/>
    </w:pPr>
    <w:r>
      <w:rPr>
        <w:rFonts w:ascii="KoPubWorldDotum Bold" w:hAnsi="KoPubWorldDotum Bold" w:cs="KoPubWorldDotum Bold" w:eastAsia="KoPubWorld돋움체 Bold" w:hint="eastAsia"/>
        <w:b/>
        <w:color w:val="66747C"/>
        <w:sz w:val="17"/>
        <w:lang w:val="ko-KR" w:eastAsia="ko-KR"/>
      </w:rPr>
      <w:t xml:space="preserve">고전에 길을 묻다 · </w:t>
    </w:r>
    <w:r>
      <w:rPr>
        <w:rFonts w:ascii="KoPubWorldDotum Light" w:hAnsi="KoPubWorldDotum Light" w:cs="KoPubWorldDotum Light" w:eastAsia="KoPubWorld돋움체 Light" w:hint="eastAsia"/>
        <w:color w:val="66747C"/>
        <w:sz w:val="17"/>
        <w:lang w:val="ko-KR" w:eastAsia="ko-KR"/>
      </w:rPr>
      <w:fldChar w:fldCharType="begin"/>
      <w:instrText xml:space="preserve"> STYLEREF "Running Title" \* MERGEFORMAT </w:instrText>
      <w:fldChar w:fldCharType="separate"/>
      <w:t>[제목]</w:t>
      <w:fldChar w:fldCharType="end"/>
    </w:r>
    <w:r>
      <w:rPr>
        <w:rFonts w:ascii="KoPubWorldDotum Light" w:hAnsi="KoPubWorldDotum Light" w:cs="KoPubWorldDotum Light" w:eastAsia="KoPubWorld돋움체 Light" w:hint="eastAsia"/>
        <w:color w:val="66747C"/>
        <w:sz w:val="17"/>
        <w:lang w:val="ko-KR" w:eastAsia="ko-KR"/>
      </w:rPr>
      <w:t xml:space="preserve"> · </w:t>
    </w:r>
    <w:r>
      <w:rPr>
        <w:rFonts w:ascii="KoPubWorldDotum Light" w:hAnsi="KoPubWorldDotum Light" w:cs="KoPubWorldDotum Light" w:eastAsia="KoPubWorld돋움체 Light" w:hint="eastAsia"/>
        <w:color w:val="66747C"/>
        <w:sz w:val="17"/>
        <w:lang w:val="ko-KR" w:eastAsia="ko-KR"/>
      </w:rPr>
      <w:fldChar w:fldCharType="begin"/>
      <w:instrText xml:space="preserve"> STYLEREF "Running Author" \* MERGEFORMAT </w:instrText>
      <w:fldChar w:fldCharType="separate"/>
      <w:t>[성명]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before="0" w:after="0"/>
      <w:ind w:firstLine="220"/>
      <w:jc w:val="both"/>
    </w:pPr>
    <w:rPr>
      <w:rFonts w:ascii="KoPubWorldBatang Light" w:hAnsi="KoPubWorldBatang Light" w:cs="KoPubWorldBatang Light" w:eastAsia="KoPubWorld바탕체 Light" w:hint="eastAsia"/>
      <w:b w:val="0"/>
      <w:color w:val="27323A"/>
      <w:sz w:val="22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 w:line="288" w:lineRule="auto"/>
      <w:ind w:firstLine="0"/>
      <w:outlineLvl w:val="0"/>
    </w:pPr>
    <w:rPr>
      <w:rFonts w:ascii="KoPubWorldDotum Bold" w:hAnsi="KoPubWorldDotum Bold" w:cs="KoPubWorldDotum Bold" w:eastAsia="KoPubWorld돋움체 Bold" w:hint="eastAsia"/>
      <w:b/>
      <w:bCs/>
      <w:color w:val="245D66"/>
      <w:sz w:val="23"/>
      <w:szCs w:val="28"/>
      <w:lang w:val="ko-KR"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88" w:lineRule="auto"/>
      <w:ind w:firstLine="0"/>
      <w:outlineLvl w:val="1"/>
    </w:pPr>
    <w:rPr>
      <w:rFonts w:ascii="KoPubWorldDotum Bold" w:hAnsi="KoPubWorldDotum Bold" w:cs="KoPubWorldDotum Bold" w:eastAsia="KoPubWorld돋움체 Bold" w:hint="eastAsia"/>
      <w:b/>
      <w:bCs/>
      <w:color w:val="245D66"/>
      <w:sz w:val="23"/>
      <w:szCs w:val="26"/>
      <w:lang w:val="ko-KR"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88" w:lineRule="auto"/>
      <w:ind w:firstLine="0"/>
      <w:outlineLvl w:val="2"/>
    </w:pPr>
    <w:rPr>
      <w:rFonts w:ascii="KoPubWorldDotum Bold" w:hAnsi="KoPubWorldDotum Bold" w:cs="KoPubWorldDotum Bold" w:eastAsia="KoPubWorld돋움체 Bold" w:hint="eastAsia"/>
      <w:b/>
      <w:bCs/>
      <w:color w:val="245D66"/>
      <w:sz w:val="22"/>
      <w:lang w:val="ko-KR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stheadKicker">
    <w:name w:val="Masthead Kicker"/>
    <w:pPr>
      <w:spacing w:before="0" w:after="60"/>
      <w:ind w:firstLine="0"/>
    </w:pPr>
    <w:rPr>
      <w:rFonts w:ascii="KoPubWorldDotum Bold" w:hAnsi="KoPubWorldDotum Bold" w:cs="KoPubWorldDotum Bold" w:eastAsia="KoPubWorld돋움체 Bold" w:hint="eastAsia"/>
      <w:b/>
      <w:color w:val="245D66"/>
      <w:sz w:val="18"/>
      <w:lang w:val="ko-KR" w:eastAsia="ko-KR"/>
    </w:rPr>
  </w:style>
  <w:style w:type="paragraph" w:customStyle="1" w:styleId="DocumentTitle">
    <w:name w:val="Document Title"/>
    <w:pPr>
      <w:keepNext/>
      <w:spacing w:before="0" w:after="60"/>
      <w:ind w:firstLine="0"/>
    </w:pPr>
    <w:rPr>
      <w:rFonts w:ascii="KoPubWorldDotum Bold" w:hAnsi="KoPubWorldDotum Bold" w:cs="KoPubWorldDotum Bold" w:eastAsia="KoPubWorld돋움체 Bold" w:hint="eastAsia"/>
      <w:b/>
      <w:color w:val="27323A"/>
      <w:sz w:val="44"/>
      <w:lang w:val="ko-KR" w:eastAsia="ko-KR"/>
    </w:rPr>
  </w:style>
  <w:style w:type="paragraph" w:customStyle="1" w:styleId="DocumentSubtitle">
    <w:name w:val="Document Subtitle"/>
    <w:pPr>
      <w:keepNext/>
      <w:spacing w:before="0" w:after="140"/>
      <w:ind w:firstLine="0"/>
    </w:pPr>
    <w:rPr>
      <w:rFonts w:ascii="KoPubWorldDotum Light" w:hAnsi="KoPubWorldDotum Light" w:cs="KoPubWorldDotum Light" w:eastAsia="KoPubWorld돋움체 Light" w:hint="eastAsia"/>
      <w:b w:val="0"/>
      <w:color w:val="66747C"/>
      <w:sz w:val="21"/>
      <w:lang w:val="ko-KR" w:eastAsia="ko-KR"/>
    </w:rPr>
  </w:style>
  <w:style w:type="paragraph" w:customStyle="1" w:styleId="FormNote">
    <w:name w:val="Form Note"/>
    <w:pPr>
      <w:spacing w:before="80" w:after="140" w:line="300" w:lineRule="auto"/>
      <w:ind w:firstLine="0"/>
    </w:pPr>
    <w:rPr>
      <w:rFonts w:ascii="KoPubWorldDotum Light" w:hAnsi="KoPubWorldDotum Light" w:cs="KoPubWorldDotum Light" w:eastAsia="KoPubWorld돋움체 Light" w:hint="eastAsia"/>
      <w:b w:val="0"/>
      <w:color w:val="66747C"/>
      <w:sz w:val="18"/>
      <w:lang w:val="ko-KR" w:eastAsia="ko-KR"/>
    </w:rPr>
  </w:style>
  <w:style w:type="paragraph" w:customStyle="1" w:styleId="Prompt">
    <w:name w:val="Prompt"/>
    <w:pPr>
      <w:spacing w:before="0" w:after="140" w:line="264" w:lineRule="auto"/>
      <w:ind w:firstLine="0"/>
    </w:pPr>
    <w:rPr>
      <w:rFonts w:ascii="KoPubWorldBatang Light" w:hAnsi="KoPubWorldBatang Light" w:cs="KoPubWorldBatang Light" w:eastAsia="KoPubWorld바탕체 Light" w:hint="eastAsia"/>
      <w:b w:val="0"/>
      <w:color w:val="66747C"/>
      <w:sz w:val="21"/>
      <w:lang w:val="ko-KR" w:eastAsia="ko-KR"/>
    </w:rPr>
  </w:style>
  <w:style w:type="paragraph" w:customStyle="1" w:styleId="RunningTitle">
    <w:name w:val="Running Title"/>
    <w:pPr>
      <w:spacing w:before="0" w:after="0"/>
      <w:ind w:firstLine="0"/>
    </w:pPr>
    <w:rPr>
      <w:rFonts w:ascii="KoPubWorldBatang Light" w:hAnsi="KoPubWorldBatang Light" w:cs="KoPubWorldBatang Light" w:eastAsia="KoPubWorld바탕체 Light" w:hint="eastAsia"/>
      <w:b w:val="0"/>
      <w:color w:val="66747C"/>
      <w:sz w:val="20"/>
      <w:lang w:val="ko-KR" w:eastAsia="ko-KR"/>
    </w:rPr>
  </w:style>
  <w:style w:type="paragraph" w:customStyle="1" w:styleId="RunningAuthor">
    <w:name w:val="Running Author"/>
    <w:pPr>
      <w:spacing w:before="0" w:after="0"/>
      <w:ind w:firstLine="0"/>
    </w:pPr>
    <w:rPr>
      <w:rFonts w:ascii="KoPubWorldBatang Light" w:hAnsi="KoPubWorldBatang Light" w:cs="KoPubWorldBatang Light" w:eastAsia="KoPubWorld바탕체 Light" w:hint="eastAsia"/>
      <w:b w:val="0"/>
      <w:color w:val="66747C"/>
      <w:sz w:val="20"/>
      <w:lang w:val="ko-KR"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여름계절학기 『법의 개념』 소논문 제출 서식</dc:title>
  <dc:subject>A4 2-3쪽 소논문 제출용 Word 서식</dc:subject>
  <dc:creator>고전에 길을 묻다</dc:creator>
  <cp:keywords>법의 개념, 소논문, 제출 서식</cp:keywords>
  <dc:description>narrative_proposal preset with korean_academic_a4 override; KoPub World typography; running title and author via STYLEREF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